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43A4" w:rsidR="00EA7B42" w:rsidP="009243A4" w:rsidRDefault="009243A4" w14:paraId="0F21303F" w14:textId="77777777">
      <w:pPr>
        <w:jc w:val="center"/>
        <w:rPr>
          <w:b/>
          <w:bCs/>
        </w:rPr>
      </w:pPr>
      <w:r w:rsidRPr="009243A4">
        <w:rPr>
          <w:b/>
          <w:bCs/>
        </w:rPr>
        <w:t>FERPA CONSENT TO RELEASE STUDENT INFORMATION</w:t>
      </w:r>
    </w:p>
    <w:p w:rsidR="00EA7B42" w:rsidRDefault="00EA7B42" w14:paraId="07448921" w14:textId="77777777"/>
    <w:p w:rsidR="00EA7B42" w:rsidRDefault="00EA7B42" w14:paraId="1156A74C" w14:textId="4B226AA1">
      <w:r w:rsidRPr="79ABDAD7" w:rsidR="009243A4">
        <w:rPr>
          <w:sz w:val="22"/>
          <w:szCs w:val="22"/>
        </w:rPr>
        <w:t xml:space="preserve">I understand </w:t>
      </w:r>
      <w:r w:rsidR="126D2B5F">
        <w:rPr/>
        <w:t>that</w:t>
      </w:r>
      <w:r w:rsidR="009243A4">
        <w:rPr/>
        <w:t xml:space="preserve"> </w:t>
      </w:r>
      <w:r w:rsidR="009243A4">
        <w:rPr/>
        <w:t>pursuant to</w:t>
      </w:r>
      <w:r w:rsidR="009243A4">
        <w:rPr/>
        <w:t xml:space="preserve"> the Family Educational Rights and Privacy Act (FERPA), education records </w:t>
      </w:r>
      <w:r w:rsidR="009243A4">
        <w:rPr/>
        <w:t>maintained</w:t>
      </w:r>
      <w:r w:rsidR="009243A4">
        <w:rPr/>
        <w:t xml:space="preserve"> by educational institutions are </w:t>
      </w:r>
      <w:r w:rsidR="009243A4">
        <w:rPr/>
        <w:t>generally subject</w:t>
      </w:r>
      <w:r w:rsidR="009243A4">
        <w:rPr/>
        <w:t xml:space="preserve"> to restrictions that prohibit disclosure of </w:t>
      </w:r>
      <w:r w:rsidR="01712E0D">
        <w:rPr/>
        <w:t>personally identifiable</w:t>
      </w:r>
      <w:r w:rsidR="009243A4">
        <w:rPr/>
        <w:t xml:space="preserve"> information, without written consent from the student.</w:t>
      </w:r>
    </w:p>
    <w:p w:rsidR="79ABDAD7" w:rsidRDefault="79ABDAD7" w14:paraId="24AD967F" w14:textId="21D205DE"/>
    <w:p w:rsidR="00D72651" w:rsidP="79ABDAD7" w:rsidRDefault="009243A4" w14:paraId="7EABCABC" w14:textId="12DA805A">
      <w:pPr>
        <w:spacing w:after="0" w:line="240" w:lineRule="auto"/>
        <w:rPr>
          <w:b w:val="1"/>
          <w:bCs w:val="1"/>
        </w:rPr>
      </w:pPr>
      <w:r w:rsidRPr="79ABDAD7" w:rsidR="009243A4">
        <w:rPr>
          <w:b w:val="1"/>
          <w:bCs w:val="1"/>
        </w:rPr>
        <w:t>I hereby consent to the release by</w:t>
      </w:r>
      <w:r w:rsidRPr="79ABDAD7" w:rsidR="1EB42345">
        <w:rPr>
          <w:b w:val="1"/>
          <w:bCs w:val="1"/>
        </w:rPr>
        <w:t xml:space="preserve"> </w:t>
      </w:r>
      <w:r w:rsidRPr="79ABDAD7" w:rsidR="00D72651">
        <w:rPr>
          <w:b w:val="1"/>
          <w:bCs w:val="1"/>
        </w:rPr>
        <w:t>(“</w:t>
      </w:r>
      <w:r w:rsidRPr="79ABDAD7" w:rsidR="00D72651">
        <w:rPr>
          <w:b w:val="1"/>
          <w:bCs w:val="1"/>
        </w:rPr>
        <w:t>College/University</w:t>
      </w:r>
      <w:r w:rsidRPr="79ABDAD7" w:rsidR="00D72651">
        <w:rPr>
          <w:b w:val="1"/>
          <w:bCs w:val="1"/>
        </w:rPr>
        <w:t>”),</w:t>
      </w:r>
      <w:r w:rsidRPr="79ABDAD7" w:rsidR="6C33E5E6">
        <w:rPr>
          <w:b w:val="1"/>
          <w:bCs w:val="1"/>
        </w:rPr>
        <w:t xml:space="preserve"> </w:t>
      </w:r>
    </w:p>
    <w:p w:rsidR="00D72651" w:rsidP="6EE822AC" w:rsidRDefault="009243A4" w14:paraId="25437060" w14:textId="58423191">
      <w:pPr>
        <w:spacing w:after="0" w:line="240" w:lineRule="auto"/>
        <w:rPr>
          <w:b w:val="1"/>
          <w:bCs w:val="1"/>
        </w:rPr>
      </w:pPr>
    </w:p>
    <w:p w:rsidR="00D72651" w:rsidP="6EE822AC" w:rsidRDefault="009243A4" w14:paraId="1FFF34B8" w14:textId="7BF712C0">
      <w:pPr>
        <w:spacing w:after="0" w:line="240" w:lineRule="auto"/>
        <w:rPr>
          <w:b w:val="1"/>
          <w:bCs w:val="1"/>
        </w:rPr>
      </w:pPr>
      <w:r w:rsidRPr="6EE822AC" w:rsidR="6C33E5E6">
        <w:rPr>
          <w:b w:val="1"/>
          <w:bCs w:val="1"/>
        </w:rPr>
        <w:t>___________________________________________________________________________________</w:t>
      </w:r>
      <w:r w:rsidRPr="6EE822AC" w:rsidR="4FAACD6E">
        <w:rPr>
          <w:b w:val="1"/>
          <w:bCs w:val="1"/>
        </w:rPr>
        <w:t>,</w:t>
      </w:r>
    </w:p>
    <w:p w:rsidR="007E78CE" w:rsidP="79ABDAD7" w:rsidRDefault="009243A4" w14:paraId="380CE5B2" w14:textId="69D6B2E1">
      <w:pPr>
        <w:spacing w:after="0" w:line="240" w:lineRule="auto"/>
        <w:ind w:firstLine="0"/>
        <w:rPr>
          <w:b w:val="1"/>
          <w:bCs w:val="1"/>
        </w:rPr>
      </w:pPr>
      <w:r w:rsidR="007E78CE">
        <w:rPr/>
        <w:t>[</w:t>
      </w:r>
      <w:r w:rsidR="007E78CE">
        <w:rPr/>
        <w:t xml:space="preserve">please enter the name of your accredited postsecondary institution </w:t>
      </w:r>
      <w:r w:rsidRPr="79ABDAD7" w:rsidR="007E78CE">
        <w:rPr>
          <w:i w:val="1"/>
          <w:iCs w:val="1"/>
        </w:rPr>
        <w:t>only</w:t>
      </w:r>
      <w:r w:rsidR="007E78CE">
        <w:rPr/>
        <w:t>]</w:t>
      </w:r>
      <w:r w:rsidR="007E78CE">
        <w:rPr>
          <w:b w:val="0"/>
          <w:bCs w:val="0"/>
        </w:rPr>
        <w:t xml:space="preserve"> </w:t>
      </w:r>
      <w:r w:rsidR="009243A4">
        <w:rPr>
          <w:b w:val="0"/>
          <w:bCs w:val="0"/>
        </w:rPr>
        <w:t xml:space="preserve">at which I am </w:t>
      </w:r>
      <w:r w:rsidRPr="79ABDAD7" w:rsidR="009243A4">
        <w:rPr>
          <w:b w:val="0"/>
          <w:bCs w:val="0"/>
          <w:i w:val="1"/>
          <w:iCs w:val="1"/>
        </w:rPr>
        <w:t>currently enrolled and attending</w:t>
      </w:r>
      <w:r w:rsidRPr="79ABDAD7" w:rsidR="007E78CE">
        <w:rPr>
          <w:b w:val="0"/>
          <w:bCs w:val="0"/>
          <w:i w:val="1"/>
          <w:iCs w:val="1"/>
        </w:rPr>
        <w:t>,</w:t>
      </w:r>
      <w:r w:rsidR="009243A4">
        <w:rPr>
          <w:b w:val="0"/>
          <w:bCs w:val="0"/>
        </w:rPr>
        <w:t xml:space="preserve"> </w:t>
      </w:r>
      <w:r w:rsidR="009243A4">
        <w:rPr>
          <w:b w:val="0"/>
          <w:bCs w:val="0"/>
        </w:rPr>
        <w:t>the following information from my education records</w:t>
      </w:r>
      <w:r w:rsidR="00576B83">
        <w:rPr>
          <w:b w:val="0"/>
          <w:bCs w:val="0"/>
        </w:rPr>
        <w:t xml:space="preserve"> </w:t>
      </w:r>
      <w:r w:rsidR="00576B83">
        <w:rPr>
          <w:b w:val="0"/>
          <w:bCs w:val="0"/>
        </w:rPr>
        <w:t xml:space="preserve">to representatives of </w:t>
      </w:r>
      <w:r w:rsidR="00576B83">
        <w:rPr>
          <w:b w:val="0"/>
          <w:bCs w:val="0"/>
        </w:rPr>
        <w:t xml:space="preserve">The </w:t>
      </w:r>
      <w:r w:rsidR="00576B83">
        <w:rPr>
          <w:b w:val="0"/>
          <w:bCs w:val="0"/>
        </w:rPr>
        <w:t>Webstaurant</w:t>
      </w:r>
      <w:r w:rsidR="00576B83">
        <w:rPr>
          <w:b w:val="0"/>
          <w:bCs w:val="0"/>
        </w:rPr>
        <w:t xml:space="preserve"> </w:t>
      </w:r>
      <w:r w:rsidR="00576B83">
        <w:rPr>
          <w:b w:val="0"/>
          <w:bCs w:val="0"/>
        </w:rPr>
        <w:t>Store</w:t>
      </w:r>
      <w:r w:rsidR="00576B83">
        <w:rPr>
          <w:b w:val="0"/>
          <w:bCs w:val="0"/>
        </w:rPr>
        <w:t>, LLC</w:t>
      </w:r>
      <w:r w:rsidR="00576B83">
        <w:rPr>
          <w:b w:val="0"/>
          <w:bCs w:val="0"/>
        </w:rPr>
        <w:t xml:space="preserve"> for purposes of my consideration as a recipient of a scholarship or grant from </w:t>
      </w:r>
      <w:r w:rsidR="00576B83">
        <w:rPr>
          <w:b w:val="0"/>
          <w:bCs w:val="0"/>
        </w:rPr>
        <w:t xml:space="preserve">The </w:t>
      </w:r>
      <w:r w:rsidR="00576B83">
        <w:rPr>
          <w:b w:val="0"/>
          <w:bCs w:val="0"/>
        </w:rPr>
        <w:t>Webstaurant</w:t>
      </w:r>
      <w:r w:rsidR="00576B83">
        <w:rPr>
          <w:b w:val="0"/>
          <w:bCs w:val="0"/>
        </w:rPr>
        <w:t xml:space="preserve"> </w:t>
      </w:r>
      <w:r w:rsidR="00576B83">
        <w:rPr>
          <w:b w:val="0"/>
          <w:bCs w:val="0"/>
        </w:rPr>
        <w:t>Store</w:t>
      </w:r>
      <w:r w:rsidR="00576B83">
        <w:rPr>
          <w:b w:val="0"/>
          <w:bCs w:val="0"/>
        </w:rPr>
        <w:t>, LLC</w:t>
      </w:r>
      <w:r w:rsidR="009243A4">
        <w:rPr>
          <w:b w:val="0"/>
          <w:bCs w:val="0"/>
        </w:rPr>
        <w:t xml:space="preserve">: </w:t>
      </w:r>
    </w:p>
    <w:p w:rsidR="79ABDAD7" w:rsidP="79ABDAD7" w:rsidRDefault="79ABDAD7" w14:paraId="33D4BE08" w14:textId="71407BD0">
      <w:pPr>
        <w:spacing w:after="0" w:line="240" w:lineRule="auto"/>
        <w:ind w:firstLine="720"/>
        <w:rPr>
          <w:b w:val="0"/>
          <w:bCs w:val="0"/>
        </w:rPr>
      </w:pPr>
    </w:p>
    <w:p w:rsidR="007E78CE" w:rsidP="79ABDAD7" w:rsidRDefault="009243A4" w14:paraId="248BC1DC" w14:textId="77777777">
      <w:pPr>
        <w:spacing w:after="0" w:line="240" w:lineRule="auto"/>
        <w:ind w:firstLine="720"/>
        <w:rPr>
          <w:b w:val="0"/>
          <w:bCs w:val="0"/>
        </w:rPr>
      </w:pPr>
      <w:r w:rsidR="009243A4">
        <w:rPr>
          <w:b w:val="0"/>
          <w:bCs w:val="0"/>
        </w:rPr>
        <w:t xml:space="preserve">(a) my enrollment status; </w:t>
      </w:r>
    </w:p>
    <w:p w:rsidR="007E78CE" w:rsidP="79ABDAD7" w:rsidRDefault="009243A4" w14:paraId="165DC7EA" w14:textId="77777777">
      <w:pPr>
        <w:spacing w:after="0" w:line="240" w:lineRule="auto"/>
        <w:ind w:firstLine="720"/>
        <w:rPr>
          <w:b w:val="0"/>
          <w:bCs w:val="0"/>
        </w:rPr>
      </w:pPr>
      <w:r w:rsidR="009243A4">
        <w:rPr>
          <w:b w:val="0"/>
          <w:bCs w:val="0"/>
        </w:rPr>
        <w:t xml:space="preserve">(b) my major field(s) of study; and </w:t>
      </w:r>
    </w:p>
    <w:p w:rsidR="00576B83" w:rsidP="00576B83" w:rsidRDefault="009243A4" w14:paraId="2D58495F" w14:textId="34D2E7FB">
      <w:pPr>
        <w:spacing w:after="0" w:line="240" w:lineRule="auto"/>
        <w:ind w:firstLine="720"/>
        <w:rPr>
          <w:b w:val="0"/>
          <w:bCs w:val="0"/>
        </w:rPr>
      </w:pPr>
      <w:r w:rsidR="009243A4">
        <w:rPr>
          <w:b w:val="0"/>
          <w:bCs w:val="0"/>
        </w:rPr>
        <w:t>(c) my cumulative GPA</w:t>
      </w:r>
      <w:r w:rsidR="009243A4">
        <w:rPr>
          <w:b w:val="0"/>
          <w:bCs w:val="0"/>
        </w:rPr>
        <w:t xml:space="preserve"> </w:t>
      </w:r>
    </w:p>
    <w:p w:rsidR="00576B83" w:rsidP="315F40B6" w:rsidRDefault="00576B83" w14:paraId="43569149" w14:textId="77777777">
      <w:pPr>
        <w:spacing w:after="0" w:line="240" w:lineRule="auto"/>
        <w:ind w:firstLine="720"/>
        <w:rPr>
          <w:b w:val="0"/>
          <w:bCs w:val="0"/>
        </w:rPr>
      </w:pPr>
    </w:p>
    <w:p w:rsidR="00EA7B42" w:rsidP="00E35A89" w:rsidRDefault="009243A4" w14:paraId="445CCB14" w14:textId="79C59E56">
      <w:r w:rsidR="009243A4">
        <w:rPr/>
        <w:t xml:space="preserve">I </w:t>
      </w:r>
      <w:bookmarkStart w:name="_Int_1sEs1mYa" w:id="1611236557"/>
      <w:r w:rsidR="009243A4">
        <w:rPr/>
        <w:t>understand</w:t>
      </w:r>
      <w:bookmarkEnd w:id="1611236557"/>
      <w:r w:rsidR="009243A4">
        <w:rPr/>
        <w:t xml:space="preserve"> the information may be released orally, in written form, or by copies of written records. I </w:t>
      </w:r>
      <w:bookmarkStart w:name="_Int_Me0nae1c" w:id="1622834274"/>
      <w:r w:rsidR="009243A4">
        <w:rPr/>
        <w:t>understand</w:t>
      </w:r>
      <w:bookmarkEnd w:id="1622834274"/>
      <w:r w:rsidR="009243A4">
        <w:rPr/>
        <w:t xml:space="preserve"> I may revoke this Consent upon providing written notice to the educational institution.</w:t>
      </w:r>
    </w:p>
    <w:p w:rsidR="00EA7B42" w:rsidRDefault="00EA7B42" w14:paraId="36E78825" w14:textId="77777777"/>
    <w:p w:rsidR="009243A4" w:rsidRDefault="009243A4" w14:paraId="6AF21FD1" w14:textId="7789400F">
      <w:r>
        <w:t xml:space="preserve">Your Name (print): ______________________________________________________________   </w:t>
      </w:r>
    </w:p>
    <w:p w:rsidR="00EA7B42" w:rsidRDefault="009243A4" w14:paraId="6B5ED106" w14:textId="41757DE2">
      <w:r>
        <w:t>Your Signature: __________________________________________________________________</w:t>
      </w:r>
    </w:p>
    <w:p w:rsidR="00EA7B42" w:rsidRDefault="009243A4" w14:paraId="36A72825" w14:textId="6F0E0488">
      <w:r>
        <w:t>Today's Date: ____________________________________________________________________</w:t>
      </w:r>
    </w:p>
    <w:p w:rsidR="00EA7B42" w:rsidRDefault="009243A4" w14:paraId="45BBEEEE" w14:textId="77777777">
      <w:r>
        <w:t>---</w:t>
      </w:r>
    </w:p>
    <w:p w:rsidR="00EA7B42" w:rsidP="6EE822AC" w:rsidRDefault="009243A4" w14:paraId="55C9F1FB" w14:textId="58C7B378">
      <w:pPr>
        <w:pBdr>
          <w:top w:val="single" w:color="FF000000" w:sz="4" w:space="4"/>
          <w:left w:val="single" w:color="FF000000" w:sz="4" w:space="4"/>
          <w:bottom w:val="single" w:color="FF000000" w:sz="4" w:space="4"/>
          <w:right w:val="single" w:color="FF000000" w:sz="4" w:space="4"/>
        </w:pBdr>
      </w:pPr>
      <w:r w:rsidR="009243A4">
        <w:rPr/>
        <w:t>**</w:t>
      </w:r>
      <w:bookmarkStart w:name="_Int_eNxsgf2H" w:id="32"/>
      <w:r w:rsidRPr="6EE822AC" w:rsidR="799AD7EA">
        <w:rPr>
          <w:b w:val="1"/>
          <w:bCs w:val="1"/>
        </w:rPr>
        <w:t>IMPORTANT</w:t>
      </w:r>
      <w:r w:rsidR="009243A4">
        <w:rPr/>
        <w:t>:*</w:t>
      </w:r>
      <w:bookmarkEnd w:id="32"/>
      <w:r w:rsidR="009243A4">
        <w:rPr/>
        <w:t xml:space="preserve">* Please also upload or </w:t>
      </w:r>
      <w:r w:rsidR="009243A4">
        <w:rPr/>
        <w:t>submit</w:t>
      </w:r>
      <w:r w:rsidR="009243A4">
        <w:rPr/>
        <w:t xml:space="preserve"> this signed consent form through any applicable student portals or official school communication channels so your </w:t>
      </w:r>
      <w:r w:rsidR="007C4697">
        <w:rPr/>
        <w:t>College/University</w:t>
      </w:r>
      <w:r w:rsidR="007C4697">
        <w:rPr/>
        <w:t xml:space="preserve"> </w:t>
      </w:r>
      <w:r w:rsidR="009243A4">
        <w:rPr/>
        <w:t>has access to your consent on record.</w:t>
      </w:r>
    </w:p>
    <w:sectPr w:rsidR="00EA7B42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eNxsgf2H" int2:invalidationBookmarkName="" int2:hashCode="ZeggKF3p/Vy0e8" int2:id="8mQfGCbw">
      <int2:state int2:type="gram" int2:value="Rejected"/>
    </int2:bookmark>
    <int2:bookmark int2:bookmarkName="_Int_Me0nae1c" int2:invalidationBookmarkName="" int2:hashCode="jnOEC7+cVOi4a/" int2:id="B8ZzIRx6">
      <int2:state int2:type="gram" int2:value="Rejected"/>
    </int2:bookmark>
    <int2:bookmark int2:bookmarkName="_Int_1sEs1mYa" int2:invalidationBookmarkName="" int2:hashCode="jnOEC7+cVOi4a/" int2:id="okkERkHj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179809870">
    <w:abstractNumId w:val="2"/>
  </w:num>
  <w:num w:numId="2" w16cid:durableId="1264453491">
    <w:abstractNumId w:val="6"/>
  </w:num>
  <w:num w:numId="3" w16cid:durableId="1348169649">
    <w:abstractNumId w:val="4"/>
  </w:num>
  <w:num w:numId="4" w16cid:durableId="184439714">
    <w:abstractNumId w:val="1"/>
  </w:num>
  <w:num w:numId="5" w16cid:durableId="2024017579">
    <w:abstractNumId w:val="8"/>
  </w:num>
  <w:num w:numId="6" w16cid:durableId="2117871393">
    <w:abstractNumId w:val="5"/>
  </w:num>
  <w:num w:numId="7" w16cid:durableId="277373368">
    <w:abstractNumId w:val="3"/>
  </w:num>
  <w:num w:numId="8" w16cid:durableId="715353721">
    <w:abstractNumId w:val="0"/>
  </w:num>
  <w:num w:numId="9" w16cid:durableId="809135423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B90"/>
    <w:rsid w:val="0029639D"/>
    <w:rsid w:val="002B1E16"/>
    <w:rsid w:val="00326F90"/>
    <w:rsid w:val="003B4BEE"/>
    <w:rsid w:val="004357C1"/>
    <w:rsid w:val="005164D3"/>
    <w:rsid w:val="00576B83"/>
    <w:rsid w:val="005A5387"/>
    <w:rsid w:val="00620A03"/>
    <w:rsid w:val="006B3A44"/>
    <w:rsid w:val="007C4697"/>
    <w:rsid w:val="007E78CE"/>
    <w:rsid w:val="00880469"/>
    <w:rsid w:val="009243A4"/>
    <w:rsid w:val="009336EB"/>
    <w:rsid w:val="0093515C"/>
    <w:rsid w:val="009914ED"/>
    <w:rsid w:val="00AA1033"/>
    <w:rsid w:val="00AA1D8D"/>
    <w:rsid w:val="00AA2AFA"/>
    <w:rsid w:val="00B47730"/>
    <w:rsid w:val="00C5396D"/>
    <w:rsid w:val="00CB0664"/>
    <w:rsid w:val="00D72651"/>
    <w:rsid w:val="00E22F77"/>
    <w:rsid w:val="00E35A89"/>
    <w:rsid w:val="00EA7B42"/>
    <w:rsid w:val="00F670AC"/>
    <w:rsid w:val="00FC693F"/>
    <w:rsid w:val="01712E0D"/>
    <w:rsid w:val="0413BECA"/>
    <w:rsid w:val="04C33D6F"/>
    <w:rsid w:val="04E1853F"/>
    <w:rsid w:val="061AB124"/>
    <w:rsid w:val="09D6B1D2"/>
    <w:rsid w:val="0F4D7541"/>
    <w:rsid w:val="0FB401D1"/>
    <w:rsid w:val="10B055B3"/>
    <w:rsid w:val="126D2B5F"/>
    <w:rsid w:val="13B507E2"/>
    <w:rsid w:val="1C8F088F"/>
    <w:rsid w:val="1E116ED8"/>
    <w:rsid w:val="1EB42345"/>
    <w:rsid w:val="315F40B6"/>
    <w:rsid w:val="318CF5D7"/>
    <w:rsid w:val="4982B551"/>
    <w:rsid w:val="4E1E39FA"/>
    <w:rsid w:val="4FAACD6E"/>
    <w:rsid w:val="51F7BB32"/>
    <w:rsid w:val="5C5329FC"/>
    <w:rsid w:val="6C33E5E6"/>
    <w:rsid w:val="6D551AD7"/>
    <w:rsid w:val="6D88DABA"/>
    <w:rsid w:val="6EE822AC"/>
    <w:rsid w:val="799AD7EA"/>
    <w:rsid w:val="79A87E60"/>
    <w:rsid w:val="79ABD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1409A"/>
  <w14:defaultImageDpi w14:val="300"/>
  <w15:docId w15:val="{36592EA2-6390-407C-B1D3-0D982421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B3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people" Target="people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e359d2ab894847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Evan Mellott</lastModifiedBy>
  <revision>13</revision>
  <dcterms:created xsi:type="dcterms:W3CDTF">2026-02-05T21:51:00.0000000Z</dcterms:created>
  <dcterms:modified xsi:type="dcterms:W3CDTF">2026-02-23T17:09:32.7372224Z</dcterms:modified>
  <category/>
</coreProperties>
</file>